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60"/>
        <w:jc w:val="center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/>
          <w:b/>
          <w:color w:val="000000"/>
          <w:sz w:val="36"/>
        </w:rPr>
        <w:t>Plantilla para foto DNI de España</w:t>
      </w:r>
    </w:p>
    <w:p>
      <w:pPr>
        <w:spacing w:after="120"/>
        <w:jc w:val="center"/>
      </w:pPr>
      <w:r>
        <w:rPr>
          <w:rFonts w:ascii="Arial" w:hAnsi="Arial"/>
          <w:b/>
          <w:color w:val="34404C"/>
          <w:sz w:val="21"/>
        </w:rPr>
        <w:t>Fotografías de 26 mm de ancho por 32 mm de alto</w:t>
      </w:r>
    </w:p>
    <w:p>
      <w:pPr>
        <w:spacing w:after="80"/>
        <w:jc w:val="center"/>
      </w:pPr>
      <w:r>
        <w:rPr>
          <w:rFonts w:ascii="Arial" w:hAnsi="Arial"/>
          <w:b w:val="0"/>
          <w:color w:val="000000"/>
          <w:sz w:val="19"/>
        </w:rPr>
        <w:t>Selecciona cada imagen, usa Cambiar imagen y conserva el tamaño del recuadro.</w:t>
      </w:r>
    </w:p>
    <w:p>
      <w:pPr>
        <w:spacing w:after="120" w:line="252" w:lineRule="auto"/>
        <w:ind w:left="680" w:right="680"/>
      </w:pPr>
      <w:r>
        <w:rPr>
          <w:rFonts w:ascii="Arial" w:hAnsi="Arial"/>
          <w:b w:val="0"/>
          <w:color w:val="000000"/>
          <w:sz w:val="18"/>
        </w:rPr>
        <w:t>Recorta la fotografía sin deformarla. Después imprime este documento en papel A4 con la opción Tamaño real o Escala 100 %. No selecciones Ajustar a página.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02"/>
        <w:gridCol w:w="3402"/>
        <w:gridCol w:w="3402"/>
      </w:tblGrid>
      <w:tr>
        <w:trPr>
          <w:trHeight w:val="2041" w:hRule="exact"/>
        </w:trPr>
        <w:tc>
          <w:tcPr>
            <w:tcW w:type="dxa" w:w="2381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115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cador-foto-dn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11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381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1152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cador-foto-dn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11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381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1152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cador-foto-dn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11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041" w:hRule="exact"/>
        </w:trPr>
        <w:tc>
          <w:tcPr>
            <w:tcW w:type="dxa" w:w="2381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1152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cador-foto-dn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11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381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1152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cador-foto-dn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11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381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1152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cador-foto-dn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11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041" w:hRule="exact"/>
        </w:trPr>
        <w:tc>
          <w:tcPr>
            <w:tcW w:type="dxa" w:w="2381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1152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cador-foto-dn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11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381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1152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cador-foto-dn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11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381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1152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cador-foto-dn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11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041" w:hRule="exact"/>
        </w:trPr>
        <w:tc>
          <w:tcPr>
            <w:tcW w:type="dxa" w:w="2381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1152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cador-foto-dn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11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381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1152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cador-foto-dn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11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381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1152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cador-foto-dn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11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00" w:after="0"/>
        <w:jc w:val="center"/>
      </w:pPr>
      <w:r>
        <w:rPr>
          <w:rFonts w:ascii="Arial" w:hAnsi="Arial"/>
          <w:b/>
          <w:color w:val="000000"/>
          <w:sz w:val="17"/>
        </w:rPr>
        <w:t>Antes de recortar, mide una copia impresa: debe tener exactamente 26 x 32 mm.</w:t>
      </w:r>
    </w:p>
    <w:sectPr w:rsidR="00FC693F" w:rsidRPr="0006063C" w:rsidSect="00034616">
      <w:footerReference w:type="default" r:id="rId10"/>
      <w:pgSz w:w="11906" w:h="16838"/>
      <w:pgMar w:top="737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color w:val="52606D"/>
        <w:sz w:val="16"/>
      </w:rPr>
      <w:t>Plantilla gratuita de Fotomanías  |  fotomanias.com.ar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para foto DNI de España 26 x 32 mm</dc:title>
  <dc:subject>Plantilla editable en Word para imprimir fotografías de DNI</dc:subject>
  <dc:creator>Fotomanías</dc:creator>
  <cp:keywords>foto DNI, plantilla 32x26, fotografía DNI España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