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ptos" w:hAnsi="Aptos"/>
          <w:b/>
          <w:color w:val="183153"/>
          <w:sz w:val="34"/>
        </w:rPr>
        <w:t>Plantilla editable para foto de visa americana</w:t>
      </w:r>
    </w:p>
    <w:p>
      <w:pPr>
        <w:spacing w:after="100"/>
        <w:jc w:val="center"/>
      </w:pPr>
      <w:r>
        <w:rPr>
          <w:rFonts w:ascii="Aptos" w:hAnsi="Aptos"/>
          <w:b/>
          <w:color w:val="16A6A1"/>
          <w:sz w:val="21"/>
        </w:rPr>
        <w:t>Seis espacios de 51 × 51 mm (2 × 2 pulgadas)</w:t>
      </w:r>
    </w:p>
    <w:p>
      <w:pPr>
        <w:spacing w:after="120" w:line="240" w:lineRule="auto"/>
        <w:jc w:val="center"/>
      </w:pPr>
      <w:r>
        <w:rPr>
          <w:rFonts w:ascii="Aptos" w:hAnsi="Aptos"/>
          <w:b w:val="0"/>
          <w:color w:val="17202A"/>
          <w:sz w:val="17"/>
        </w:rPr>
        <w:t>En Word: seleccioná cada cuadro y usá Cambiar imagen. Imprimí en tamaño real o escala 100 %, sin Ajustar a página.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39"/>
        <w:gridCol w:w="3439"/>
        <w:gridCol w:w="3439"/>
      </w:tblGrid>
      <w:tr>
        <w:trPr>
          <w:trHeight w:hRule="exact" w:val="2891"/>
        </w:trPr>
        <w:tc>
          <w:tcPr>
            <w:tcW w:type="dxa" w:w="2891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36000" cy="18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o-foto-visa-600x60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8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891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36000" cy="18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o-foto-visa-600x60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8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hRule="exact" w:val="283"/>
        </w:trPr>
        <w:tc>
          <w:tcPr>
            <w:tcW w:type="dxa" w:w="2891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5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891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rPr>
          <w:trHeight w:hRule="exact" w:val="2891"/>
        </w:trPr>
        <w:tc>
          <w:tcPr>
            <w:tcW w:type="dxa" w:w="2891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36000" cy="18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o-foto-visa-600x60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8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891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36000" cy="18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o-foto-visa-600x60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8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hRule="exact" w:val="283"/>
        </w:trPr>
        <w:tc>
          <w:tcPr>
            <w:tcW w:type="dxa" w:w="2891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45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891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</w:tr>
      <w:tr>
        <w:trPr>
          <w:trHeight w:hRule="exact" w:val="2891"/>
        </w:trPr>
        <w:tc>
          <w:tcPr>
            <w:tcW w:type="dxa" w:w="2891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36000" cy="18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o-foto-visa-600x60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8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54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</w:p>
        </w:tc>
        <w:tc>
          <w:tcPr>
            <w:tcW w:type="dxa" w:w="2891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36000" cy="183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o-foto-visa-600x60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8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00" w:after="0"/>
        <w:jc w:val="center"/>
      </w:pPr>
      <w:r>
        <w:rPr>
          <w:rFonts w:ascii="Aptos" w:hAnsi="Aptos"/>
          <w:b/>
          <w:color w:val="E74357"/>
          <w:sz w:val="17"/>
        </w:rPr>
        <w:t>Comprobación: cada lado del cuadro impreso debe medir exactamente 51 mm.</w:t>
      </w:r>
    </w:p>
    <w:p>
      <w:pPr>
        <w:spacing w:before="40" w:after="0"/>
        <w:jc w:val="center"/>
      </w:pPr>
      <w:r>
        <w:rPr>
          <w:rFonts w:ascii="Aptos" w:hAnsi="Aptos"/>
          <w:b w:val="0"/>
          <w:color w:val="667085"/>
          <w:sz w:val="13"/>
        </w:rPr>
        <w:t>Referencia: U.S. Department of State - travel.state.gov/content/travel/en/us-visas/visa-information-resources/photos.html</w:t>
      </w:r>
    </w:p>
    <w:sectPr w:rsidR="00FC693F" w:rsidRPr="0006063C" w:rsidSect="00034616">
      <w:pgSz w:w="11906" w:h="16838"/>
      <w:pgMar w:top="567" w:right="794" w:bottom="56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7202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para foto de visa americana 51 × 51 mm</dc:title>
  <dc:subject>Plantilla editable A4 con seis espacios para fotos de visa</dc:subject>
  <dc:creator>Fotomanías</dc:creator>
  <cp:keywords>plantilla foto visa americana, 51x51 mm, 2x2 pulgadas,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