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  <w:jc w:val="center"/>
      </w:pPr>
      <w:r>
        <w:rPr>
          <w:rFonts w:ascii="DejaVu Sans" w:hAnsi="DejaVu Sans"/>
          <w:b/>
          <w:color w:val="000000"/>
          <w:sz w:val="40"/>
        </w:rPr>
        <w:t>Plantilla para fotos tamaño infantil</w:t>
      </w:r>
    </w:p>
    <w:p>
      <w:pPr>
        <w:spacing w:after="240"/>
        <w:jc w:val="center"/>
      </w:pPr>
      <w:r>
        <w:rPr>
          <w:rFonts w:ascii="DejaVu Sans" w:hAnsi="DejaVu Sans"/>
          <w:b/>
          <w:color w:val="0F6B78"/>
          <w:sz w:val="21"/>
        </w:rPr>
        <w:t>8 fotografías verticales de 2,5 × 3 cm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2041" w:hRule="exact"/>
        </w:trPr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041" w:hRule="exact"/>
        </w:trPr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757"/>
            <w:vAlign w:val="center"/>
            <w:tcMar>
              <w:top w:w="170" w:type="dxa"/>
              <w:start w:w="170" w:type="dxa"/>
              <w:bottom w:w="170" w:type="dxa"/>
              <w:end w:w="170" w:type="dxa"/>
            </w:tcMar>
            <w:tcBorders>
              <w:top w:val="single" w:sz="4" w:color="D9E1E5"/>
              <w:left w:val="single" w:sz="4" w:color="D9E1E5"/>
              <w:bottom w:val="single" w:sz="4" w:color="D9E1E5"/>
              <w:right w:val="single" w:sz="4" w:color="D9E1E5"/>
            </w:tcBorders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1080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rcador-foto-infanti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08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300" w:after="100"/>
        <w:jc w:val="left"/>
      </w:pPr>
      <w:r>
        <w:rPr>
          <w:rFonts w:ascii="DejaVu Sans" w:hAnsi="DejaVu Sans"/>
          <w:b/>
          <w:color w:val="000000"/>
          <w:sz w:val="22"/>
        </w:rPr>
        <w:t>Cómo usar la plantilla</w:t>
      </w:r>
    </w:p>
    <w:p>
      <w:pPr>
        <w:pStyle w:val="ListBullet"/>
        <w:spacing w:after="60"/>
        <w:ind w:left="340" w:hanging="170"/>
      </w:pPr>
      <w:r>
        <w:rPr>
          <w:rFonts w:ascii="DejaVu Sans" w:hAnsi="DejaVu Sans"/>
          <w:b w:val="0"/>
          <w:color w:val="1F2937"/>
          <w:sz w:val="19"/>
        </w:rPr>
        <w:t>Seleccioná cada marcador y elegí Formato de imagen &gt; Cambiar imagen.</w:t>
      </w:r>
    </w:p>
    <w:p>
      <w:pPr>
        <w:pStyle w:val="ListBullet"/>
        <w:spacing w:after="60"/>
        <w:ind w:left="340" w:hanging="170"/>
      </w:pPr>
      <w:r>
        <w:rPr>
          <w:rFonts w:ascii="DejaVu Sans" w:hAnsi="DejaVu Sans"/>
          <w:b w:val="0"/>
          <w:color w:val="1F2937"/>
          <w:sz w:val="19"/>
        </w:rPr>
        <w:t>Recortá la foto antes de reemplazarla para conservar la proporción vertical 5:6.</w:t>
      </w:r>
    </w:p>
    <w:p>
      <w:pPr>
        <w:pStyle w:val="ListBullet"/>
        <w:spacing w:after="60"/>
        <w:ind w:left="340" w:hanging="170"/>
      </w:pPr>
      <w:r>
        <w:rPr>
          <w:rFonts w:ascii="DejaVu Sans" w:hAnsi="DejaVu Sans"/>
          <w:b w:val="0"/>
          <w:color w:val="1F2937"/>
          <w:sz w:val="19"/>
        </w:rPr>
        <w:t>Imprimí en papel A4 con escala 100 % o Tamaño real; no uses Ajustar a página.</w:t>
      </w:r>
    </w:p>
    <w:p>
      <w:pPr>
        <w:pStyle w:val="ListBullet"/>
        <w:spacing w:after="60"/>
        <w:ind w:left="340" w:hanging="170"/>
      </w:pPr>
      <w:r>
        <w:rPr>
          <w:rFonts w:ascii="DejaVu Sans" w:hAnsi="DejaVu Sans"/>
          <w:b w:val="0"/>
          <w:color w:val="1F2937"/>
          <w:sz w:val="19"/>
        </w:rPr>
        <w:t>Verificá los requisitos de fondo, color y papel indicados por la institución.</w:t>
      </w:r>
    </w:p>
    <w:p>
      <w:pPr>
        <w:spacing w:before="140"/>
        <w:jc w:val="center"/>
      </w:pPr>
      <w:r>
        <w:rPr>
          <w:rFonts w:ascii="DejaVu Sans" w:hAnsi="DejaVu Sans"/>
          <w:b/>
          <w:color w:val="6B7280"/>
          <w:sz w:val="17"/>
        </w:rPr>
        <w:t>Comprobación: cada recuadro debe medir 25 × 30 mm después de imprimir.</w:t>
      </w:r>
    </w:p>
    <w:sectPr w:rsidR="00FC693F" w:rsidRPr="0006063C" w:rsidSect="00034616">
      <w:footerReference w:type="default" r:id="rId10"/>
      <w:pgSz w:w="11906" w:h="16838"/>
      <w:pgMar w:top="102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/>
        <w:b w:val="0"/>
        <w:color w:val="6B7280"/>
        <w:sz w:val="16"/>
      </w:rPr>
      <w:t>Fotomanías · Plantilla gratuita para uso personal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para fotos tamaño infantil</dc:title>
  <dc:subject>Plantilla Word con ocho espacios de 25 por 30 milímetros</dc:subject>
  <dc:creator>Fotomanías</dc:creator>
  <cp:keywords>foto tamaño infantil, plantilla Word, 2.5 x 3 cm, México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