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000000"/>
          <w:sz w:val="30"/>
        </w:rPr>
        <w:t>Plantilla para fotos tamaño título 6 x 9 cm</w:t>
      </w:r>
    </w:p>
    <w:p>
      <w:pPr>
        <w:spacing w:after="100"/>
        <w:jc w:val="center"/>
      </w:pPr>
      <w:r>
        <w:rPr>
          <w:rFonts w:ascii="Arial" w:hAnsi="Arial"/>
          <w:color w:val="282828"/>
          <w:sz w:val="18"/>
        </w:rPr>
        <w:t>Formato rectangular - hoja A4 - cuatro espacios reemplazables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rPr>
          <w:trHeight w:hRule="atLeast" w:val="5244"/>
        </w:trPr>
        <w:tc>
          <w:tcPr>
            <w:tcW w:type="dxa" w:w="5272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3240000"/>
                  <wp:docPr id="1" name="Picture 1" descr="Marcador reemplazable de fotografía 6 por 9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tulo-rectangula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32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2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3240000"/>
                  <wp:docPr id="2" name="Picture 2" descr="Marcador reemplazable de fotografía 6 por 9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tulo-rectangula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32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hRule="atLeast" w:val="5244"/>
        </w:trPr>
        <w:tc>
          <w:tcPr>
            <w:tcW w:type="dxa" w:w="5272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3240000"/>
                  <wp:docPr id="3" name="Picture 3" descr="Marcador reemplazable de fotografía 6 por 9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tulo-rectangula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32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2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3240000"/>
                  <wp:docPr id="4" name="Picture 4" descr="Marcador reemplazable de fotografía 6 por 9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tulo-rectangula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32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0" w:after="0"/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5" name="Picture 5" descr="Cuadrado de control de dos por dos centimetr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rol-squa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/>
          <w:sz w:val="17"/>
        </w:rPr>
        <w:t xml:space="preserve">   Debe medir exactamente 2 x 2 cm al imprimir</w:t>
      </w:r>
    </w:p>
    <w:p>
      <w:pPr>
        <w:spacing w:before="40" w:after="0"/>
        <w:jc w:val="center"/>
      </w:pPr>
      <w:r>
        <w:rPr>
          <w:rFonts w:ascii="Arial" w:hAnsi="Arial"/>
          <w:sz w:val="17"/>
        </w:rPr>
        <w:t>Para reemplazar: clic derecho sobre una muestra &gt; Cambiar imagen &gt; Este dispositivo. Imprime en papel A4, a tamaño real o escala 100 %. No uses Ajustar a página.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/>
          <w:b/>
          <w:color w:val="000000"/>
          <w:sz w:val="30"/>
        </w:rPr>
        <w:t>Plantilla para fotos tamaño título 6 x 9 cm</w:t>
      </w:r>
    </w:p>
    <w:p>
      <w:pPr>
        <w:spacing w:after="100"/>
        <w:jc w:val="center"/>
      </w:pPr>
      <w:r>
        <w:rPr>
          <w:rFonts w:ascii="Arial" w:hAnsi="Arial"/>
          <w:color w:val="282828"/>
          <w:sz w:val="18"/>
        </w:rPr>
        <w:t>Formato ovalado - hoja A4 - cuatro espacios reemplazables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rPr>
          <w:trHeight w:hRule="atLeast" w:val="5244"/>
        </w:trPr>
        <w:tc>
          <w:tcPr>
            <w:tcW w:type="dxa" w:w="5272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3240000"/>
                  <wp:docPr id="6" name="Picture 6" descr="Marcador reemplazable de fotografía 6 por 9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tulo-ova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324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2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3240000"/>
                  <wp:docPr id="7" name="Picture 7" descr="Marcador reemplazable de fotografía 6 por 9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tulo-ova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324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hRule="atLeast" w:val="5244"/>
        </w:trPr>
        <w:tc>
          <w:tcPr>
            <w:tcW w:type="dxa" w:w="5272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3240000"/>
                  <wp:docPr id="8" name="Picture 8" descr="Marcador reemplazable de fotografía 6 por 9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tulo-ova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324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72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3240000"/>
                  <wp:docPr id="9" name="Picture 9" descr="Marcador reemplazable de fotografía 6 por 9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tulo-ova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324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0" w:after="0"/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10" name="Picture 10" descr="Cuadrado de control de dos por dos centimetr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rol-squa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/>
          <w:sz w:val="17"/>
        </w:rPr>
        <w:t xml:space="preserve">   Debe medir exactamente 2 x 2 cm al imprimir</w:t>
      </w:r>
    </w:p>
    <w:p>
      <w:pPr>
        <w:spacing w:before="40" w:after="0"/>
        <w:jc w:val="center"/>
      </w:pPr>
      <w:r>
        <w:rPr>
          <w:rFonts w:ascii="Arial" w:hAnsi="Arial"/>
          <w:sz w:val="17"/>
        </w:rPr>
        <w:t>Para reemplazar: clic derecho sobre una muestra &gt; Cambiar imagen &gt; Este dispositivo. Imprime en papel A4, a tamaño real o escala 100 %. No uses Ajustar a página.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/>
          <w:b/>
          <w:color w:val="000000"/>
          <w:sz w:val="30"/>
        </w:rPr>
        <w:t>Plantilla para fotos tamano diploma 5 x 7 cm</w:t>
      </w:r>
    </w:p>
    <w:p>
      <w:pPr>
        <w:spacing w:after="100"/>
        <w:jc w:val="center"/>
      </w:pPr>
      <w:r>
        <w:rPr>
          <w:rFonts w:ascii="Arial" w:hAnsi="Arial"/>
          <w:color w:val="282828"/>
          <w:sz w:val="18"/>
        </w:rPr>
        <w:t>Formato rectangular - hoja A4 - seis espacios reemplazables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15"/>
        <w:gridCol w:w="3515"/>
        <w:gridCol w:w="3515"/>
      </w:tblGrid>
      <w:tr>
        <w:trPr>
          <w:trHeight w:hRule="atLeast" w:val="4110"/>
        </w:trPr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11" name="Picture 11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rectangula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12" name="Picture 12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rectangula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13" name="Picture 13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rectangula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hRule="atLeast" w:val="4110"/>
        </w:trPr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14" name="Picture 14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rectangula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15" name="Picture 15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rectangula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16" name="Picture 16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rectangula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0" w:after="0"/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17" name="Picture 17" descr="Cuadrado de control de dos por dos centimetr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rol-squa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/>
          <w:sz w:val="17"/>
        </w:rPr>
        <w:t xml:space="preserve">   Debe medir exactamente 2 x 2 cm al imprimir</w:t>
      </w:r>
    </w:p>
    <w:p>
      <w:pPr>
        <w:spacing w:before="40" w:after="0"/>
        <w:jc w:val="center"/>
      </w:pPr>
      <w:r>
        <w:rPr>
          <w:rFonts w:ascii="Arial" w:hAnsi="Arial"/>
          <w:sz w:val="17"/>
        </w:rPr>
        <w:t>Para reemplazar: clic derecho sobre una muestra &gt; Cambiar imagen &gt; Este dispositivo. Imprime en papel A4, a tamaño real o escala 100 %. No uses Ajustar a página.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/>
          <w:b/>
          <w:color w:val="000000"/>
          <w:sz w:val="30"/>
        </w:rPr>
        <w:t>Plantilla para fotos tamano diploma 5 x 7 cm</w:t>
      </w:r>
    </w:p>
    <w:p>
      <w:pPr>
        <w:spacing w:after="100"/>
        <w:jc w:val="center"/>
      </w:pPr>
      <w:r>
        <w:rPr>
          <w:rFonts w:ascii="Arial" w:hAnsi="Arial"/>
          <w:color w:val="282828"/>
          <w:sz w:val="18"/>
        </w:rPr>
        <w:t>Formato ovalado - hoja A4 - seis espacios reemplazables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15"/>
        <w:gridCol w:w="3515"/>
        <w:gridCol w:w="3515"/>
      </w:tblGrid>
      <w:tr>
        <w:trPr>
          <w:trHeight w:hRule="atLeast" w:val="4110"/>
        </w:trPr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18" name="Picture 18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ova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19" name="Picture 19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ova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20" name="Picture 20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ova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hRule="atLeast" w:val="4110"/>
        </w:trPr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21" name="Picture 21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ova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22" name="Picture 22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ova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2520000"/>
                  <wp:docPr id="23" name="Picture 23" descr="Marcador reemplazable de fotografía 5 por 7 centímetro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ploma-ova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2520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0" w:after="0"/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24" name="Picture 24" descr="Cuadrado de control de dos por dos centimetr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rol-squa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/>
          <w:sz w:val="17"/>
        </w:rPr>
        <w:t xml:space="preserve">   Debe medir exactamente 2 x 2 cm al imprimir</w:t>
      </w:r>
    </w:p>
    <w:p>
      <w:pPr>
        <w:spacing w:before="40" w:after="0"/>
        <w:jc w:val="center"/>
      </w:pPr>
      <w:r>
        <w:rPr>
          <w:rFonts w:ascii="Arial" w:hAnsi="Arial"/>
          <w:sz w:val="17"/>
        </w:rPr>
        <w:t>Para reemplazar: clic derecho sobre una muestra &gt; Cambiar imagen &gt; Este dispositivo. Imprime en papel A4, a tamaño real o escala 100 %. No uses Ajustar a página.</w:t>
      </w:r>
    </w:p>
    <w:sectPr w:rsidR="00FC693F" w:rsidRPr="0006063C" w:rsidSect="00034616">
      <w:pgSz w:w="11906" w:h="16838"/>
      <w:pgMar w:top="624" w:right="680" w:bottom="62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para fotos tamaño título y diploma</dc:title>
  <dc:subject>Plantillas editables de 6 x 9 cm y 5 x 7 cm</dc:subject>
  <dc:creator>Fotomanias</dc:creator>
  <cp:keywords>plantilla fotos titulo diploma Mexico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