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rPr>
          <w:trHeight w:val="8079" w:hRule="exact"/>
          <w:cantSplit/>
        </w:trPr>
        <w:tc>
          <w:tcPr>
            <w:tcW w:type="dxa" w:w="5385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  <w:insideH w:val="single" w:sz="8" w:space="0" w:color="B7B7B7"/>
              <w:insideV w:val="single" w:sz="8" w:space="0" w:color="B7B7B7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969696"/>
                <w:sz w:val="22"/>
              </w:rPr>
              <w:t>PEGÁ AQUÍ TU FOTO</w:t>
              <w:br/>
              <w:t>9,5 × 14,25 cm</w:t>
            </w:r>
          </w:p>
        </w:tc>
        <w:tc>
          <w:tcPr>
            <w:tcW w:type="dxa" w:w="5385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  <w:insideH w:val="single" w:sz="8" w:space="0" w:color="B7B7B7"/>
              <w:insideV w:val="single" w:sz="8" w:space="0" w:color="B7B7B7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969696"/>
                <w:sz w:val="22"/>
              </w:rPr>
              <w:t>PEGÁ AQUÍ TU FOTO</w:t>
              <w:br/>
              <w:t>9,5 × 14,25 cm</w:t>
            </w:r>
          </w:p>
        </w:tc>
      </w:tr>
      <w:tr>
        <w:trPr>
          <w:trHeight w:val="8079" w:hRule="exact"/>
          <w:cantSplit/>
        </w:trPr>
        <w:tc>
          <w:tcPr>
            <w:tcW w:type="dxa" w:w="5385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  <w:insideH w:val="single" w:sz="8" w:space="0" w:color="B7B7B7"/>
              <w:insideV w:val="single" w:sz="8" w:space="0" w:color="B7B7B7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969696"/>
                <w:sz w:val="22"/>
              </w:rPr>
              <w:t>PEGÁ AQUÍ TU FOTO</w:t>
              <w:br/>
              <w:t>9,5 × 14,25 cm</w:t>
            </w:r>
          </w:p>
        </w:tc>
        <w:tc>
          <w:tcPr>
            <w:tcW w:type="dxa" w:w="5385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  <w:insideH w:val="single" w:sz="8" w:space="0" w:color="B7B7B7"/>
              <w:insideV w:val="single" w:sz="8" w:space="0" w:color="B7B7B7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969696"/>
                <w:sz w:val="22"/>
              </w:rPr>
              <w:t>PEGÁ AQUÍ TU FOTO</w:t>
              <w:br/>
              <w:t>9,5 × 14,25 cm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t xml:space="preserve"> </w:t>
      </w:r>
    </w:p>
    <w:sectPr w:rsidR="00FC693F" w:rsidRPr="0006063C" w:rsidSect="00034616">
      <w:pgSz w:w="11906" w:h="16838"/>
      <w:pgMar w:top="340" w:right="567" w:bottom="283" w:left="56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A4 para cuatro fotos de 9,5 por 14,25 cm</dc:title>
  <dc:subject>Plantilla editable para imprimir cuatro fotografías en una hoja A4</dc:subject>
  <dc:creator>Fotomanías</dc:creator>
  <cp:keywords>plantilla A4, cuatro fotos, imprimir fotos, 9,5 x 14,25 cm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