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000000"/>
          <w:sz w:val="26"/>
        </w:rPr>
        <w:t>Plantilla para foto tamaño credencial 3,5 x 5 cm</w:t>
      </w:r>
    </w:p>
    <w:p>
      <w:pPr>
        <w:spacing w:after="60"/>
        <w:jc w:val="center"/>
      </w:pPr>
      <w:r>
        <w:rPr>
          <w:rFonts w:ascii="Arial" w:hAnsi="Arial"/>
          <w:color w:val="282828"/>
          <w:sz w:val="17"/>
        </w:rPr>
        <w:t>Reemplazá cada imagen de muestra por tu fotografía. Imprimí en hoja A4, al 100 % o en tamaño real.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15"/>
        <w:gridCol w:w="3515"/>
        <w:gridCol w:w="3515"/>
      </w:tblGrid>
      <w:tr>
        <w:trPr>
          <w:trHeight w:val="3005" w:hRule="exact"/>
        </w:trPr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005" w:hRule="exact"/>
        </w:trPr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005" w:hRule="exact"/>
        </w:trPr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005" w:hRule="exact"/>
        </w:trPr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2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80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35x50-m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8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0" w:after="0"/>
        <w:jc w:val="center"/>
      </w:pPr>
      <w:r>
        <w:rPr>
          <w:rFonts w:ascii="Arial" w:hAnsi="Arial"/>
          <w:sz w:val="16"/>
        </w:rPr>
        <w:t>Comprobación de escala: la línea debe medir exactamente 5 cm.</w:t>
      </w:r>
    </w:p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5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a-escala-50-m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4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11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5A5A"/>
        <w:sz w:val="15"/>
      </w:rPr>
      <w:t>Fotomanias.com.ar - Plantilla gratuita para uso personal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