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000000"/>
          <w:sz w:val="22"/>
        </w:rPr>
        <w:t>Plantilla editable para cuatro fotos tipo Polaroid</w:t>
      </w:r>
    </w:p>
    <w:p>
      <w:pPr>
        <w:spacing w:before="0" w:after="40"/>
        <w:jc w:val="center"/>
      </w:pPr>
      <w:r>
        <w:rPr>
          <w:rFonts w:ascii="Arial" w:hAnsi="Arial"/>
          <w:color w:val="464646"/>
          <w:sz w:val="15"/>
        </w:rPr>
        <w:t>Seleccioná cada recuadro gris y usá Cambiar imagen. Imprimí al 100 % sin ajustar a la página.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0"/>
        <w:gridCol w:w="5670"/>
      </w:tblGrid>
      <w:tr>
        <w:trPr>
          <w:trHeight w:val="6803" w:hRule="exact"/>
        </w:trPr>
        <w:tc>
          <w:tcPr>
            <w:tcW w:type="dxa" w:w="5669"/>
            <w:vAlign w:val="top"/>
            <w:tcMar>
              <w:top w:w="170" w:type="dxa"/>
              <w:start w:w="280" w:type="dxa"/>
              <w:bottom w:w="80" w:type="dxa"/>
              <w:end w:w="280" w:type="dxa"/>
            </w:tcMar>
            <w:tcBorders>
              <w:top w:val="dashed" w:sz="6" w:color="B7BEC8"/>
              <w:left w:val="dashed" w:sz="6" w:color="B7BEC8"/>
              <w:bottom w:val="dashed" w:sz="6" w:color="B7BEC8"/>
              <w:right w:val="dashed" w:sz="6" w:color="B7BEC8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0" cy="32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foto-9x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0"/>
              <w:jc w:val="center"/>
            </w:pPr>
            <w:r>
              <w:rPr>
                <w:rFonts w:ascii="Arial" w:hAnsi="Arial"/>
                <w:color w:val="787878"/>
                <w:sz w:val="16"/>
              </w:rPr>
              <w:t>Frase o fecha opcional</w:t>
            </w:r>
          </w:p>
        </w:tc>
        <w:tc>
          <w:tcPr>
            <w:tcW w:type="dxa" w:w="5669"/>
            <w:vAlign w:val="top"/>
            <w:tcMar>
              <w:top w:w="170" w:type="dxa"/>
              <w:start w:w="280" w:type="dxa"/>
              <w:bottom w:w="80" w:type="dxa"/>
              <w:end w:w="280" w:type="dxa"/>
            </w:tcMar>
            <w:tcBorders>
              <w:top w:val="dashed" w:sz="6" w:color="B7BEC8"/>
              <w:left w:val="dashed" w:sz="6" w:color="B7BEC8"/>
              <w:bottom w:val="dashed" w:sz="6" w:color="B7BEC8"/>
              <w:right w:val="dashed" w:sz="6" w:color="B7BEC8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0" cy="324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foto-9x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0"/>
              <w:jc w:val="center"/>
            </w:pPr>
            <w:r>
              <w:rPr>
                <w:rFonts w:ascii="Arial" w:hAnsi="Arial"/>
                <w:color w:val="787878"/>
                <w:sz w:val="16"/>
              </w:rPr>
              <w:t>Frase o fecha opcional</w:t>
            </w:r>
          </w:p>
        </w:tc>
      </w:tr>
      <w:tr>
        <w:trPr>
          <w:trHeight w:val="6803" w:hRule="exact"/>
        </w:trPr>
        <w:tc>
          <w:tcPr>
            <w:tcW w:type="dxa" w:w="5669"/>
            <w:vAlign w:val="top"/>
            <w:tcMar>
              <w:top w:w="170" w:type="dxa"/>
              <w:start w:w="280" w:type="dxa"/>
              <w:bottom w:w="80" w:type="dxa"/>
              <w:end w:w="280" w:type="dxa"/>
            </w:tcMar>
            <w:tcBorders>
              <w:top w:val="dashed" w:sz="6" w:color="B7BEC8"/>
              <w:left w:val="dashed" w:sz="6" w:color="B7BEC8"/>
              <w:bottom w:val="dashed" w:sz="6" w:color="B7BEC8"/>
              <w:right w:val="dashed" w:sz="6" w:color="B7BEC8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0" cy="324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foto-9x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0"/>
              <w:jc w:val="center"/>
            </w:pPr>
            <w:r>
              <w:rPr>
                <w:rFonts w:ascii="Arial" w:hAnsi="Arial"/>
                <w:color w:val="787878"/>
                <w:sz w:val="16"/>
              </w:rPr>
              <w:t>Frase o fecha opcional</w:t>
            </w:r>
          </w:p>
        </w:tc>
        <w:tc>
          <w:tcPr>
            <w:tcW w:type="dxa" w:w="5669"/>
            <w:vAlign w:val="top"/>
            <w:tcMar>
              <w:top w:w="170" w:type="dxa"/>
              <w:start w:w="280" w:type="dxa"/>
              <w:bottom w:w="80" w:type="dxa"/>
              <w:end w:w="280" w:type="dxa"/>
            </w:tcMar>
            <w:tcBorders>
              <w:top w:val="dashed" w:sz="6" w:color="B7BEC8"/>
              <w:left w:val="dashed" w:sz="6" w:color="B7BEC8"/>
              <w:bottom w:val="dashed" w:sz="6" w:color="B7BEC8"/>
              <w:right w:val="dashed" w:sz="6" w:color="B7BEC8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0000" cy="324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ceholder-foto-9x9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32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0"/>
              <w:jc w:val="center"/>
            </w:pPr>
            <w:r>
              <w:rPr>
                <w:rFonts w:ascii="Arial" w:hAnsi="Arial"/>
                <w:color w:val="787878"/>
                <w:sz w:val="16"/>
              </w:rPr>
              <w:t>Frase o fecha opcional</w:t>
            </w:r>
          </w:p>
        </w:tc>
      </w:tr>
    </w:tbl>
    <w:sectPr w:rsidR="00FC693F" w:rsidRPr="0006063C" w:rsidSect="00034616">
      <w:pgSz w:w="11906" w:h="16838"/>
      <w:pgMar w:top="369" w:right="283" w:bottom="369" w:left="28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